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🤝 חשבון צעד אחר צעד – חנ״מ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3 תרגילים בכל נושא, גופן גדול ודוגמה פתורה כעזר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🎓 מורה + 🧒 תלמיד · יצרה: רוית ראש בן ישי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🔑 תשובות (למורה)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נושא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תרגיל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תשובה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אומדן ועיגול – עד מיליון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⁦87,300⁩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אומדן ועיגול – עד מיליון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⁦70,000⁩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אומדן ועיגול – עד מיליון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⁦71,000⁩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סדר פעולות חשבון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סדר פעולות חשבון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סדר פעולות חשבון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⁦153⁩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כפל וחילוק במספרים גדולים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כפל וחילוק במספרים גדולים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כפל וחילוק במספרים גדולים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השלמת תרגילים ושוויונות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⁦884⁩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השלמת תרגילים ושוויונות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⁦152⁩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השלמת תרגילים ושוויונות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⁦11⁩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שברים עשרוניים ואומדן מכפלות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⁦5.23⁩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שברים עשרוניים ואומדן מכפלות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⁦9.16⁩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שברים עשרוניים ואומדן מכפלות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⁦8.3⁩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שברים ואחוזים בבעיות מילוליות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שברים ואחוזים בבעיות מילוליות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שברים ואחוזים בבעיות מילוליות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ממוצע וקריאת דיאגרמות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ממוצע וקריאת דיאגרמות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ממוצע וקריאת דיאגרמות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היקף ושטח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⁦128⁩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היקף ושטח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היקף ושטח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⁦22⁩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נפח, גופים ופריסות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⁦1,331⁩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נפח, גופים ופריסות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⁦126⁩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נפח, גופים ופריסות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⁦792⁩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יחידות מידה והמרות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⁦360⁩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יחידות מידה והמרות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⁦4,000⁩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יחידות מידה והמרות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⁦900⁩</w:t>
            </w:r>
          </w:p>
        </w:tc>
      </w:tr>
    </w:tbl>
    <w:p/>
    <w:p>
      <w:r>
        <w:br w:type="page"/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📄 דפי התלמיד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b/>
          <w:rtl w:val="1"/>
          <w:bCs/>
        </w:rPr>
        <w:t>בכל נושא: קוראים את הדוגמה בתיבה, ואז פותרים 3 תרגילים. אפשר להשתמש בדוגמה כעזר.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🎯 אומדן ועיגול – עד מיליון</w:t>
      </w:r>
    </w:p>
    <w:p>
      <w:pPr>
        <w:bidi w:val="1"/>
        <w:jc w:val="right"/>
      </w:pPr>
      <w:r>
        <w:rPr>
          <w:rtl w:val="1"/>
        </w:rPr>
        <w:t>✏️ דוגמה: כמה בערך חסר ל־873,450 כדי להגיע למיליון?1. 1,000,000 − 873,450 = 126,5502. 126,550 קרוב יותר ל־100,000 מאשר ל־10,000 או ל־1,000,0003. תשובה: בערך 100,000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עגלו את המספר ⁦87,264⁩ למאות הקרובות.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עגלו את המספר ⁦69,594⁩ לאלפים הקרובות.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עגלו את המספר ⁦70,646⁩ לאלפים הקרובות.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🧮 סדר פעולות חשבון</w:t>
      </w:r>
    </w:p>
    <w:p>
      <w:pPr>
        <w:bidi w:val="1"/>
        <w:jc w:val="right"/>
      </w:pPr>
      <w:r>
        <w:rPr>
          <w:rtl w:val="1"/>
        </w:rPr>
        <w:t>✏️ דוגמה: פתרו: 120 − 24 : 6 × 51. קודם חילוק וכפל משמאל לימין: 24 : 6 = 42. 4 × 5 = 203. ואז חיסור: 120 − 20 = 100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פתרו: ⁦60 : 5 + 13⁩ = ?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פתרו: ⁦10 + 16 : 2⁩ = ?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פתרו: ⁦(7 + 10) × 9⁩ = ?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✖️ כפל וחילוק במספרים גדולים</w:t>
      </w:r>
    </w:p>
    <w:p>
      <w:pPr>
        <w:bidi w:val="1"/>
        <w:jc w:val="right"/>
      </w:pPr>
      <w:r>
        <w:rPr>
          <w:rtl w:val="1"/>
        </w:rPr>
        <w:t>✏️ דוגמה: פתרו: 312 × 241. 312 × 20 = 6,2402. 312 × 4 = 1,2483. 6,240 + 1,248 = 7,488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פתרו: ⁦2,100 : 7⁩ =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פתרו: ⁦1,800 : 6⁩ =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פתרו: ⁦800 : 4⁩ =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🧩 השלמת תרגילים ושוויונות</w:t>
      </w:r>
    </w:p>
    <w:p>
      <w:pPr>
        <w:bidi w:val="1"/>
        <w:jc w:val="right"/>
      </w:pPr>
      <w:r>
        <w:rPr>
          <w:rtl w:val="1"/>
        </w:rPr>
        <w:t>✏️ דוגמה: השלימו: 6,400 − 1,850 = ☐ − 1,8301. המחסר בצד ימין קטן ב־20 (1,850 ← 1,830)2. כדי שההפרש יישאר זהה – גם המחוסר צריך לקטון ב־203. ☐ = 6,400 − 20 = 6,380 (בדיקה: שני הצדדים = 4,550)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השלימו: ⁦☐ + 116 = 1,000⁩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השלימו: ⁦☐ + 848 = 1,000⁩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השלימו: ⁦11 × ☐ = 121⁩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⚖️ השוואה: גדול, קטן, שווה</w:t>
      </w:r>
    </w:p>
    <w:p>
      <w:pPr>
        <w:bidi w:val="1"/>
        <w:jc w:val="right"/>
      </w:pPr>
      <w:r>
        <w:rPr>
          <w:rtl w:val="1"/>
        </w:rPr>
        <w:t>✏️ דוגמה: השלימו: 9,999 : 3 ☐ 9,999 × 31. חילוק ב־3 מקטין את 9,9992. כפל ב־3 מגדיל את 9,9993. לכן: 9,999 : 3 &lt; 9,999 × 3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🔟 שברים עשרוניים ואומדן מכפלות</w:t>
      </w:r>
    </w:p>
    <w:p>
      <w:pPr>
        <w:bidi w:val="1"/>
        <w:jc w:val="right"/>
      </w:pPr>
      <w:r>
        <w:rPr>
          <w:rtl w:val="1"/>
        </w:rPr>
        <w:t>✏️ דוגמה: המכפלה 39.8 × 1.03 קרובה ל־: 0.4 / 4 / 40 / 400?1. 39.8 ≈ 402. 1.03 ≈ 13. 40 × 1 = 40 ← התשובה: 40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פתרו: ⁦5.62 − 0.39⁩ =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פתרו: ⁦9.92 − 0.76⁩ =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פתרו: ⁦7.7 + 0.6⁩ =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📏 ציר המספרים ושברים</w:t>
      </w:r>
    </w:p>
    <w:p>
      <w:pPr>
        <w:bidi w:val="1"/>
        <w:jc w:val="right"/>
      </w:pPr>
      <w:r>
        <w:rPr>
          <w:rtl w:val="1"/>
        </w:rPr>
        <w:t>✏️ דוגמה: בין 200 ל־300 יש 5 מרווחים שווים. מה המספר בקו השני?1. 300 − 200 = 1002. 100 : 5 = 20 – כל מרווח3. 200 + 2 × 20 = 240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🍕 שברים ואחוזים בבעיות מילוליות</w:t>
      </w:r>
    </w:p>
    <w:p>
      <w:pPr>
        <w:bidi w:val="1"/>
        <w:jc w:val="right"/>
      </w:pPr>
      <w:r>
        <w:rPr>
          <w:rtl w:val="1"/>
        </w:rPr>
        <w:t>✏️ דוגמה: אחרי שעברו 2/5 מהדרך נשארו 90 ק״מ. מה אורך הדרך?1. נשארו 3/5 מהדרך = 90 ק״מ2. 1/5 = 90 : 3 = 30 ק״מ3. הדרך כולה: 5 × 30 = 150 ק״מ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כמה הם ⁦75⁩% מ־⁦40⁩?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כמה הם ⁦1/4⁩ מ־⁦20⁩?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כמה הם ⁦1/2⁩ מ־⁦8⁩?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📊 ממוצע וקריאת דיאגרמות</w:t>
      </w:r>
    </w:p>
    <w:p>
      <w:pPr>
        <w:bidi w:val="1"/>
        <w:jc w:val="right"/>
      </w:pPr>
      <w:r>
        <w:rPr>
          <w:rtl w:val="1"/>
        </w:rPr>
        <w:t>✏️ דוגמה: ציוני מבחן: 80, 90, 70, 100. מה הממוצע?1. סכום: 80 + 90 + 70 + 100 = 3402. מספר הציונים: 43. 340 : 4 = 85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מה הממוצע של המספרים: ⁦28, 36, 40, 36, 35⁩?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מה הממוצע של המספרים: ⁦34, 13, 17, 14, 12⁩?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מה הממוצע של המספרים: ⁦24, 16, 15, 25⁩?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🟪 היקף ושטח</w:t>
      </w:r>
    </w:p>
    <w:p>
      <w:pPr>
        <w:bidi w:val="1"/>
        <w:jc w:val="right"/>
      </w:pPr>
      <w:r>
        <w:rPr>
          <w:rtl w:val="1"/>
        </w:rPr>
        <w:t>✏️ דוגמה: היקף מלבן 30 ס״מ, צלע אחת 9 ס״מ. מה הצלע השנייה?1. אורך + רוחב = חצי מההיקף = 152. 15 − 9 = 63. הצלע השנייה: 6 ס״מ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מלבן שאורכו ⁦16⁩ ס״מ ורוחבו ⁦8⁩ ס״מ. מה השטח שלו (בסמ״ר)?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מלבן שאורכו ⁦5⁩ ס״מ ורוחבו ⁦9⁩ ס״מ. מה השטח שלו (בסמ״ר)?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מלבן שאורכו ⁦9⁩ ס״מ ורוחבו ⁦2⁩ ס״מ. מה ההיקף שלו (בס״מ)?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🧊 נפח, גופים ופריסות</w:t>
      </w:r>
    </w:p>
    <w:p>
      <w:pPr>
        <w:bidi w:val="1"/>
        <w:jc w:val="right"/>
      </w:pPr>
      <w:r>
        <w:rPr>
          <w:rtl w:val="1"/>
        </w:rPr>
        <w:t>✏️ דוגמה: לתיבה נפח כמו לקובייה שצלעה 6 ס״מ. מידות התיבה: 4, 9 ו־? ס״מ1. נפח הקובייה: 6 × 6 × 6 = 2162. 4 × 9 = 363. 216 : 36 = 6 ← המידה השלישית: 6 ס״מ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אורך צלע של קובייה הוא ⁦11⁩ ס״מ. מה הנפח שלה (בסמ״ק)?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מידות תיבה: ⁦9⁩ ס״מ, ⁦7⁩ ס״מ, ⁦2⁩ ס״מ. מה הנפח שלה (בסמ״ק)?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מידות תיבה: ⁦11⁩ ס״מ, ⁦9⁩ ס״מ, ⁦8⁩ ס״מ. מה הנפח שלה (בסמ״ק)?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📐 יחידות מידה והמרות</w:t>
      </w:r>
    </w:p>
    <w:p>
      <w:pPr>
        <w:bidi w:val="1"/>
        <w:jc w:val="right"/>
      </w:pPr>
      <w:r>
        <w:rPr>
          <w:rtl w:val="1"/>
        </w:rPr>
        <w:t>✏️ דוגמה: 2.4 ק״מ = ? מ׳1. 1 ק״מ = 1,000 מ׳2. 2.4 × 1,000 = 2,4003. תשובה: 2,400 מ׳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⁦6⁩ שעות = ? דקות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⁦4⁩ ק״מ = ? מ׳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⁦15⁩ שעות = ? דקות</w:t>
      </w:r>
    </w:p>
    <w:p>
      <w:pPr>
        <w:bidi w:val="1"/>
        <w:jc w:val="right"/>
      </w:pPr>
      <w:r>
        <w:rPr>
          <w:color w:val="5A5A5A"/>
          <w:rtl w:val="1"/>
        </w:rPr>
        <w:t>תשובה: 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</w:t>
      </w:r>
    </w:p>
    <w:p>
      <w:pPr>
        <w:bidi w:val="1"/>
        <w:jc w:val="right"/>
      </w:pPr>
      <w:r>
        <w:rPr>
          <w:rtl w:val="1"/>
        </w:rPr>
        <w:t>הנושא שהכי הצלחתי בו: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אני צריך/ה עוד עזרה ב: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