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🌍 חשבון בעברית פשוטה – לעולים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מילון עברית–אנגלית–רוסית, משפט אחד לכל נושא ותרגול קל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מורה + 🧒 תלמיד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לחלק ג׳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תרגיל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⁦87,300⁩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⁦15,900⁩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⁦25⁩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⁦20⁩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⁦300⁩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⁦884⁩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7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⁦&gt;⁩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8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tl w:val="1"/>
              </w:rPr>
              <w:t>⁦5.23⁩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מילון מושגים</w:t>
      </w:r>
    </w:p>
    <w:p>
      <w:pPr>
        <w:bidi w:val="1"/>
        <w:jc w:val="right"/>
      </w:pPr>
      <w:r>
        <w:rPr>
          <w:b/>
          <w:rtl w:val="1"/>
          <w:bCs/>
        </w:rPr>
        <w:t>קראו את המילים. סמנו ✔ ליד מילה שאתם כבר מכירים.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עברית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נושא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English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Русский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עיגול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אומדן ועיגול – עד מיליון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rounding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округление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אומדן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אומדן ועיגול – עד מיליון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estimate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оценка, прикидка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בערך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אומדן ועיגול – עד מיליון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about, approximately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примерно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סוגריים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סדר פעולות חשבון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parentheses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скобки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סדר פעולות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סדר פעולות חשבון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order of operations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порядок действий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משמאל לימין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סדר פעולות חשבון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left to right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слева направо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כפל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כפל וחילוק במספרים גדולים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multiplication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умножение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חילוק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כפל וחילוק במספרים גדולים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division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деление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מכפלה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כפל וחילוק במספרים גדולים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product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произведение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מנה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כפל וחילוק במספרים גדולים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quotient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частное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שוויון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השלמת תרגילים ושוויונות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equality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равенство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מספר חסר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השלמת תרגילים ושוויונות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missing number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пропущенное число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פעולה הפוכה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השלמת תרגילים ושוויונות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inverse operation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обратное действие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גדול מ־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השוואה: גדול, קטן, שווה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greater than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больше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קטן מ־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השוואה: גדול, קטן, שווה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less than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меньше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שווה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השוואה: גדול, קטן, שווה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equal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равно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שבר עשרוני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עשרוניים ואומדן מכפלות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decimal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десятичная дробь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עשיריות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עשרוניים ואומדן מכפלות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tenths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десятые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מאיות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עשרוניים ואומדן מכפלות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hundredths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сотые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ציר המספרים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ציר המספרים ושברים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number line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числовая прямая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מרווח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ציר המספרים ושברים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interval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промежуток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שבר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ציר המספרים ושברים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fraction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дробь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אחוז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ואחוזים בבעיות מילוליות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percent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процент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מונה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ואחוזים בבעיות מילוליות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numerator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числитель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מכנה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ואחוזים בבעיות מילוליות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denominator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знаменатель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הנחה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ואחוזים בבעיות מילוליות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discount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скидка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ממוצע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ממוצע וקריאת דיאגרמות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average, mean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среднее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דיאגרמה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ממוצע וקריאת דיאגרמות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chart, graph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диаграмма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סכום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ממוצע וקריאת דיאגרמות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sum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сумма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היקף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היקף ושטח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perimeter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периметр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שטח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היקף ושטח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area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площадь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צלע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היקף ושטח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side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сторона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מלבן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היקף ושטח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rectangle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прямоугольник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נפח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נפח, גופים ופריסות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volume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объём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תיבה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נפח, גופים ופריסות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box (cuboid)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прямоугольный параллелепипед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פריסה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נפח, גופים ופריסות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net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развёртка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קודקוד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נפח, גופים ופריסות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vertex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вершина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מטר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יחידות מידה והמרות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meter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метр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קילומטר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יחידות מידה והמרות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kilometer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километр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קילוגרם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יחידות מידה והמרות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kilogram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килограмм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המרה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יחידות מידה והמרות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conversion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tl w:val="1"/>
              </w:rPr>
              <w:t>перевод единиц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כל נושא במשפט אחד</w:t>
      </w:r>
    </w:p>
    <w:p>
      <w:pPr>
        <w:bidi w:val="1"/>
        <w:jc w:val="right"/>
      </w:pPr>
      <w:r>
        <w:rPr>
          <w:rtl w:val="1"/>
        </w:rPr>
        <w:t>🎯 אומדן ועיגול – עד מיליון: לְעַגֵּל = לשים מספר קרוב ונוח. 4,368 ≈ 4,400.</w:t>
      </w:r>
    </w:p>
    <w:p>
      <w:pPr>
        <w:bidi w:val="1"/>
        <w:jc w:val="right"/>
      </w:pPr>
      <w:r>
        <w:rPr>
          <w:rtl w:val="1"/>
        </w:rPr>
        <w:t>🧮 סדר פעולות חשבון: קודם ( ) ← אחר כך × : ← בסוף + −</w:t>
      </w:r>
    </w:p>
    <w:p>
      <w:pPr>
        <w:bidi w:val="1"/>
        <w:jc w:val="right"/>
      </w:pPr>
      <w:r>
        <w:rPr>
          <w:rtl w:val="1"/>
        </w:rPr>
        <w:t>✖️ כפל וחילוק במספרים גדולים: כפל = פעמים. חילוק = לחלק שווה בשווה.</w:t>
      </w:r>
    </w:p>
    <w:p>
      <w:pPr>
        <w:bidi w:val="1"/>
        <w:jc w:val="right"/>
      </w:pPr>
      <w:r>
        <w:rPr>
          <w:rtl w:val="1"/>
        </w:rPr>
        <w:t>🧩 השלמת תרגילים ושוויונות: ☐ = המספר החסר. = שווה.</w:t>
      </w:r>
    </w:p>
    <w:p>
      <w:pPr>
        <w:bidi w:val="1"/>
        <w:jc w:val="right"/>
      </w:pPr>
      <w:r>
        <w:rPr>
          <w:rtl w:val="1"/>
        </w:rPr>
        <w:t>⚖️ השוואה: גדול, קטן, שווה: &gt; גדול מ־ · &lt; קטן מ־ · = שווה</w:t>
      </w:r>
    </w:p>
    <w:p>
      <w:pPr>
        <w:bidi w:val="1"/>
        <w:jc w:val="right"/>
      </w:pPr>
      <w:r>
        <w:rPr>
          <w:rtl w:val="1"/>
        </w:rPr>
        <w:t>🔟 שברים עשרוניים ואומדן מכפלות: 0.5 = חצי. נקודה עשרונית = decimal point.</w:t>
      </w:r>
    </w:p>
    <w:p>
      <w:pPr>
        <w:bidi w:val="1"/>
        <w:jc w:val="right"/>
      </w:pPr>
      <w:r>
        <w:rPr>
          <w:rtl w:val="1"/>
        </w:rPr>
        <w:t>📏 ציר המספרים ושברים: ציר = קו עם מספרים. מרווח = רווח בין קווים.</w:t>
      </w:r>
    </w:p>
    <w:p>
      <w:pPr>
        <w:bidi w:val="1"/>
        <w:jc w:val="right"/>
      </w:pPr>
      <w:r>
        <w:rPr>
          <w:rtl w:val="1"/>
        </w:rPr>
        <w:t>🍕 שברים ואחוזים בבעיות מילוליות: % = אחוז. 50% = חצי. 25% = רבע.</w:t>
      </w:r>
    </w:p>
    <w:p>
      <w:pPr>
        <w:bidi w:val="1"/>
        <w:jc w:val="right"/>
      </w:pPr>
      <w:r>
        <w:rPr>
          <w:rtl w:val="1"/>
        </w:rPr>
        <w:t>📊 ממוצע וקריאת דיאגרמות: ממוצע = average. דיאגרמה = chart.</w:t>
      </w:r>
    </w:p>
    <w:p>
      <w:pPr>
        <w:bidi w:val="1"/>
        <w:jc w:val="right"/>
      </w:pPr>
      <w:r>
        <w:rPr>
          <w:rtl w:val="1"/>
        </w:rPr>
        <w:t>🟪 היקף ושטח: היקף = מסביב. שטח = בפנים.</w:t>
      </w:r>
    </w:p>
    <w:p>
      <w:pPr>
        <w:bidi w:val="1"/>
        <w:jc w:val="right"/>
      </w:pPr>
      <w:r>
        <w:rPr>
          <w:rtl w:val="1"/>
        </w:rPr>
        <w:t>🧊 נפח, גופים ופריסות: נפח = כמה נכנס בפנים. פאה = צד של גוף.</w:t>
      </w:r>
    </w:p>
    <w:p>
      <w:pPr>
        <w:bidi w:val="1"/>
        <w:jc w:val="right"/>
      </w:pPr>
      <w:r>
        <w:rPr>
          <w:rtl w:val="1"/>
        </w:rPr>
        <w:t>📐 יחידות מידה והמרות: מ׳ = מטר · ס״מ = סנטימטר · ק״מ = קילומטר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תרגול קל</w:t>
      </w:r>
    </w:p>
    <w:p>
      <w:pPr>
        <w:bidi w:val="1"/>
        <w:jc w:val="right"/>
      </w:pPr>
      <w:r>
        <w:rPr>
          <w:b/>
          <w:rtl w:val="1"/>
          <w:bCs/>
        </w:rPr>
        <w:t>פתרו. אפשר להיעזר במילון.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עגלו את המספר ⁦87,264⁩ למאות הקרובות.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מה האומדן הקרוב ביותר לתוצאה ⁦8,103 + 7,786⁩?   (1,590 / 18,900 / 159,000 / 15,900)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⁦60 : 5 + 13⁩ = 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מה התוצאה של ⁦18 + 16 : 8⁩?   (14 / 40 / 30 / 20)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פתרו: ⁦2,100 : 7⁩ =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השלימו: ⁦☐ + 116 = 1,000⁩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7. </w:t>
      </w:r>
      <w:r>
        <w:rPr>
          <w:rtl w:val="1"/>
        </w:rPr>
        <w:t>השלימו &gt;, &lt; או = : ⁦170 + 835 ☐ 995⁩   (&gt; / &lt; / =)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8. </w:t>
      </w:r>
      <w:r>
        <w:rPr>
          <w:rtl w:val="1"/>
        </w:rPr>
        <w:t>פתרו: ⁦5.62 − 0.39⁩ =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</w:t>
      </w:r>
    </w:p>
    <w:p>
      <w:pPr>
        <w:bidi w:val="1"/>
        <w:jc w:val="right"/>
      </w:pPr>
      <w:r>
        <w:rPr>
          <w:rtl w:val="1"/>
        </w:rPr>
        <w:t>מילה חדשה שלמדתי היום: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תרגיל שאני יודע/ת לפתור: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